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0D273" w14:textId="3EA5B3C0" w:rsidR="00CA3396" w:rsidRPr="00CA3396" w:rsidRDefault="00CA3396" w:rsidP="00CA339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3396">
        <w:rPr>
          <w:rFonts w:ascii="Times New Roman" w:hAnsi="Times New Roman" w:cs="Times New Roman"/>
          <w:sz w:val="24"/>
          <w:szCs w:val="24"/>
          <w:lang w:val="uk-UA"/>
        </w:rPr>
        <w:t>____________________________________</w:t>
      </w:r>
    </w:p>
    <w:p w14:paraId="7A664936" w14:textId="634DF5A6" w:rsidR="00CA3396" w:rsidRPr="00CA3396" w:rsidRDefault="00CA3396" w:rsidP="00CA33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3396">
        <w:rPr>
          <w:rFonts w:ascii="Times New Roman" w:hAnsi="Times New Roman" w:cs="Times New Roman"/>
          <w:sz w:val="24"/>
          <w:szCs w:val="24"/>
          <w:lang w:val="uk-UA"/>
        </w:rPr>
        <w:t>____________________________________</w:t>
      </w:r>
    </w:p>
    <w:p w14:paraId="411388BD" w14:textId="01D610B1" w:rsidR="00CA3396" w:rsidRPr="00CA3396" w:rsidRDefault="00CA3396" w:rsidP="00CA33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3396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r w:rsidRPr="00CA3396">
        <w:rPr>
          <w:rFonts w:ascii="Times New Roman" w:hAnsi="Times New Roman" w:cs="Times New Roman"/>
          <w:bCs/>
          <w:sz w:val="24"/>
          <w:szCs w:val="24"/>
          <w:lang w:val="uk-UA"/>
        </w:rPr>
        <w:t>__________________</w:t>
      </w:r>
      <w:r w:rsidRPr="00CA3396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</w:p>
    <w:p w14:paraId="257198B2" w14:textId="77777777" w:rsidR="00CA3396" w:rsidRPr="009C72B1" w:rsidRDefault="00CA3396" w:rsidP="00CA33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1FBBCEF" w14:textId="77777777" w:rsidR="00CA3396" w:rsidRPr="009C72B1" w:rsidRDefault="00CA3396" w:rsidP="00CA33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C72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АКТ </w:t>
      </w:r>
    </w:p>
    <w:p w14:paraId="018BCF41" w14:textId="7131735B" w:rsidR="00CA3396" w:rsidRPr="009C72B1" w:rsidRDefault="00CA3396" w:rsidP="00CA33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«__»</w:t>
      </w:r>
      <w:r w:rsidRPr="009C72B1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__</w:t>
      </w:r>
      <w:r w:rsidRPr="009C72B1">
        <w:rPr>
          <w:rFonts w:ascii="Times New Roman" w:hAnsi="Times New Roman" w:cs="Times New Roman"/>
          <w:sz w:val="24"/>
          <w:szCs w:val="24"/>
          <w:lang w:val="uk-UA"/>
        </w:rPr>
        <w:t>.202</w:t>
      </w:r>
      <w:r>
        <w:rPr>
          <w:rFonts w:ascii="Times New Roman" w:hAnsi="Times New Roman" w:cs="Times New Roman"/>
          <w:sz w:val="24"/>
          <w:szCs w:val="24"/>
          <w:lang w:val="uk-UA"/>
        </w:rPr>
        <w:t>_</w:t>
      </w:r>
      <w:r w:rsidRPr="009C72B1">
        <w:rPr>
          <w:rFonts w:ascii="Times New Roman" w:hAnsi="Times New Roman" w:cs="Times New Roman"/>
          <w:sz w:val="24"/>
          <w:szCs w:val="24"/>
          <w:lang w:val="uk-UA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  <w:lang w:val="uk-UA"/>
        </w:rPr>
        <w:t>____</w:t>
      </w:r>
    </w:p>
    <w:p w14:paraId="6B9AAD74" w14:textId="612E41E5" w:rsidR="00CA3396" w:rsidRPr="009C72B1" w:rsidRDefault="00CA3396" w:rsidP="00CA33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м. _________________</w:t>
      </w:r>
    </w:p>
    <w:p w14:paraId="34D5577C" w14:textId="77777777" w:rsidR="0036423B" w:rsidRPr="005662EC" w:rsidRDefault="0036423B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1D661E" w14:textId="77777777" w:rsidR="00EE29A5" w:rsidRDefault="001B010C" w:rsidP="003642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</w:t>
      </w:r>
      <w:r w:rsidR="0036423B" w:rsidRPr="005662E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проведення</w:t>
      </w:r>
      <w:r w:rsidR="00EE29A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EE29A5" w:rsidRPr="005662E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внутрішнього </w:t>
      </w:r>
    </w:p>
    <w:p w14:paraId="5A8CDBA2" w14:textId="77777777" w:rsidR="00EE29A5" w:rsidRDefault="00EE29A5" w:rsidP="003642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b/>
          <w:bCs/>
          <w:sz w:val="24"/>
          <w:szCs w:val="24"/>
          <w:lang w:val="uk-UA"/>
        </w:rPr>
        <w:t>звіряння облікових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5662E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даних </w:t>
      </w:r>
    </w:p>
    <w:p w14:paraId="08421F23" w14:textId="56F39AF7" w:rsidR="002D0765" w:rsidRPr="005662EC" w:rsidRDefault="00EE29A5" w:rsidP="003642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працівників</w:t>
      </w:r>
    </w:p>
    <w:p w14:paraId="386CA2ED" w14:textId="77777777" w:rsidR="0036423B" w:rsidRPr="005662EC" w:rsidRDefault="0036423B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84CDFC" w14:textId="77777777" w:rsidR="001B010C" w:rsidRDefault="00EE29A5" w:rsidP="00CA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 xml:space="preserve">Ми, </w:t>
      </w:r>
      <w:r w:rsidR="001B010C">
        <w:rPr>
          <w:rFonts w:ascii="Times New Roman" w:hAnsi="Times New Roman" w:cs="Times New Roman"/>
          <w:sz w:val="24"/>
          <w:szCs w:val="24"/>
          <w:lang w:val="uk-UA"/>
        </w:rPr>
        <w:t xml:space="preserve">особи, що 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 xml:space="preserve">нижче підписалися, </w:t>
      </w:r>
      <w:r w:rsidR="001B010C">
        <w:rPr>
          <w:rFonts w:ascii="Times New Roman" w:hAnsi="Times New Roman" w:cs="Times New Roman"/>
          <w:sz w:val="24"/>
          <w:szCs w:val="24"/>
          <w:lang w:val="uk-UA"/>
        </w:rPr>
        <w:t xml:space="preserve">а саме, - </w:t>
      </w:r>
    </w:p>
    <w:p w14:paraId="238D7B1B" w14:textId="77777777" w:rsidR="001B010C" w:rsidRDefault="00EE29A5" w:rsidP="00CA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відповідальна особа за ведення військового обліку ТОВ «</w:t>
      </w:r>
      <w:r w:rsidR="0036423B" w:rsidRPr="005662EC">
        <w:rPr>
          <w:rFonts w:ascii="Times New Roman" w:hAnsi="Times New Roman" w:cs="Times New Roman"/>
          <w:sz w:val="24"/>
          <w:szCs w:val="24"/>
          <w:lang w:val="uk-UA"/>
        </w:rPr>
        <w:t>______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 xml:space="preserve">» ________________________, </w:t>
      </w:r>
    </w:p>
    <w:p w14:paraId="142301E1" w14:textId="6B86A1DD" w:rsidR="001B010C" w:rsidRDefault="00EE29A5" w:rsidP="00CA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у присутності ____________________</w:t>
      </w:r>
      <w:r w:rsidR="00CA3396">
        <w:rPr>
          <w:rFonts w:ascii="Times New Roman" w:hAnsi="Times New Roman" w:cs="Times New Roman"/>
          <w:sz w:val="24"/>
          <w:szCs w:val="24"/>
          <w:lang w:val="uk-UA"/>
        </w:rPr>
        <w:t>____________________________________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 xml:space="preserve">____________, </w:t>
      </w:r>
    </w:p>
    <w:p w14:paraId="444F0030" w14:textId="77777777" w:rsidR="001B010C" w:rsidRDefault="001B010C" w:rsidP="001B01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A88B100" w14:textId="39ECB02A" w:rsidR="002D0765" w:rsidRPr="005662EC" w:rsidRDefault="00EE29A5" w:rsidP="00CA3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склали цей акт про те, що відповідно до затвердженого графіка звіряння проведено внутрішнє звіряння</w:t>
      </w:r>
      <w:r w:rsidR="00F8587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587B" w:rsidRPr="00846963">
        <w:rPr>
          <w:rFonts w:ascii="Times New Roman" w:hAnsi="Times New Roman" w:cs="Times New Roman"/>
          <w:sz w:val="24"/>
          <w:szCs w:val="24"/>
          <w:lang w:val="uk-UA"/>
        </w:rPr>
        <w:t>документів військового обліку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07B6F4A" w14:textId="77777777" w:rsidR="001B010C" w:rsidRDefault="001B010C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8FAF9E2" w14:textId="25C70E47" w:rsidR="002D0765" w:rsidRPr="005662EC" w:rsidRDefault="00EE29A5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Підрозділ: ________________________________</w:t>
      </w:r>
    </w:p>
    <w:p w14:paraId="37517419" w14:textId="77777777" w:rsidR="001B010C" w:rsidRDefault="001B010C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F512560" w14:textId="0425FDFF" w:rsidR="002D0765" w:rsidRPr="005662EC" w:rsidRDefault="00EE29A5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Період звіряння: з «___» _________ 20</w:t>
      </w:r>
      <w:r w:rsidR="001B010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6423B" w:rsidRPr="005662EC">
        <w:rPr>
          <w:rFonts w:ascii="Times New Roman" w:hAnsi="Times New Roman" w:cs="Times New Roman"/>
          <w:sz w:val="24"/>
          <w:szCs w:val="24"/>
          <w:lang w:val="uk-UA"/>
        </w:rPr>
        <w:t>__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 xml:space="preserve"> р. по «___» _________ 20</w:t>
      </w:r>
      <w:r w:rsidR="001B010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6423B" w:rsidRPr="005662EC">
        <w:rPr>
          <w:rFonts w:ascii="Times New Roman" w:hAnsi="Times New Roman" w:cs="Times New Roman"/>
          <w:sz w:val="24"/>
          <w:szCs w:val="24"/>
          <w:lang w:val="uk-UA"/>
        </w:rPr>
        <w:t>__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 xml:space="preserve"> р.</w:t>
      </w:r>
    </w:p>
    <w:p w14:paraId="43D8BF81" w14:textId="77777777" w:rsidR="0036423B" w:rsidRPr="005662EC" w:rsidRDefault="0036423B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7139849" w14:textId="31CFB860" w:rsidR="002D0765" w:rsidRDefault="00EE29A5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1. Результати звіряння</w:t>
      </w:r>
    </w:p>
    <w:p w14:paraId="08E10296" w14:textId="77777777" w:rsidR="00CA3396" w:rsidRPr="005662EC" w:rsidRDefault="00CA3396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2490"/>
        <w:gridCol w:w="1146"/>
        <w:gridCol w:w="2179"/>
        <w:gridCol w:w="1966"/>
        <w:gridCol w:w="1212"/>
      </w:tblGrid>
      <w:tr w:rsidR="002D0765" w:rsidRPr="005662EC" w14:paraId="4025B67C" w14:textId="77777777" w:rsidTr="005662EC">
        <w:trPr>
          <w:trHeight w:val="484"/>
        </w:trPr>
        <w:tc>
          <w:tcPr>
            <w:tcW w:w="581" w:type="dxa"/>
          </w:tcPr>
          <w:p w14:paraId="05C5FC25" w14:textId="77777777" w:rsidR="002D0765" w:rsidRPr="005662EC" w:rsidRDefault="00EE29A5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552" w:type="dxa"/>
          </w:tcPr>
          <w:p w14:paraId="1766BFD5" w14:textId="77777777" w:rsidR="002D0765" w:rsidRPr="005662EC" w:rsidRDefault="00EE29A5" w:rsidP="00566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ПІБ працівника</w:t>
            </w:r>
          </w:p>
        </w:tc>
        <w:tc>
          <w:tcPr>
            <w:tcW w:w="1157" w:type="dxa"/>
          </w:tcPr>
          <w:p w14:paraId="5BD9FE2F" w14:textId="77777777" w:rsidR="002D0765" w:rsidRPr="005662EC" w:rsidRDefault="00EE29A5" w:rsidP="00566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2231" w:type="dxa"/>
          </w:tcPr>
          <w:p w14:paraId="54F92691" w14:textId="77777777" w:rsidR="002D0765" w:rsidRPr="005662EC" w:rsidRDefault="00EE29A5" w:rsidP="00566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Наявність ВОД</w:t>
            </w:r>
          </w:p>
        </w:tc>
        <w:tc>
          <w:tcPr>
            <w:tcW w:w="1984" w:type="dxa"/>
          </w:tcPr>
          <w:p w14:paraId="75496C2D" w14:textId="77777777" w:rsidR="002D0765" w:rsidRPr="005662EC" w:rsidRDefault="00EE29A5" w:rsidP="00566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Відповідність даних</w:t>
            </w:r>
          </w:p>
        </w:tc>
        <w:tc>
          <w:tcPr>
            <w:tcW w:w="1214" w:type="dxa"/>
          </w:tcPr>
          <w:p w14:paraId="1CC802F2" w14:textId="77777777" w:rsidR="002D0765" w:rsidRPr="005662EC" w:rsidRDefault="00EE29A5" w:rsidP="00566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5662EC" w:rsidRPr="005662EC" w14:paraId="7955A4E9" w14:textId="77777777" w:rsidTr="005662EC">
        <w:trPr>
          <w:trHeight w:val="484"/>
        </w:trPr>
        <w:tc>
          <w:tcPr>
            <w:tcW w:w="581" w:type="dxa"/>
          </w:tcPr>
          <w:p w14:paraId="2828401A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14:paraId="2B2FF89E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7" w:type="dxa"/>
          </w:tcPr>
          <w:p w14:paraId="6A6190B3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31" w:type="dxa"/>
          </w:tcPr>
          <w:p w14:paraId="3BF911EC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5D315DFA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4" w:type="dxa"/>
          </w:tcPr>
          <w:p w14:paraId="49EF3874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662EC" w:rsidRPr="005662EC" w14:paraId="79C5E4CD" w14:textId="77777777" w:rsidTr="005662EC">
        <w:trPr>
          <w:trHeight w:val="484"/>
        </w:trPr>
        <w:tc>
          <w:tcPr>
            <w:tcW w:w="581" w:type="dxa"/>
          </w:tcPr>
          <w:p w14:paraId="28CC7E32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14:paraId="4812184F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7" w:type="dxa"/>
          </w:tcPr>
          <w:p w14:paraId="793B67DC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31" w:type="dxa"/>
          </w:tcPr>
          <w:p w14:paraId="770C68F7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3223CA49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4" w:type="dxa"/>
          </w:tcPr>
          <w:p w14:paraId="2214246B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662EC" w:rsidRPr="005662EC" w14:paraId="314DFADE" w14:textId="77777777" w:rsidTr="005662EC">
        <w:trPr>
          <w:trHeight w:val="484"/>
        </w:trPr>
        <w:tc>
          <w:tcPr>
            <w:tcW w:w="581" w:type="dxa"/>
          </w:tcPr>
          <w:p w14:paraId="2413669F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14:paraId="1754B35D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7" w:type="dxa"/>
          </w:tcPr>
          <w:p w14:paraId="2771A2D8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31" w:type="dxa"/>
          </w:tcPr>
          <w:p w14:paraId="4D810AD0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6A88BF4D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4" w:type="dxa"/>
          </w:tcPr>
          <w:p w14:paraId="1B1FE2D6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662EC" w:rsidRPr="005662EC" w14:paraId="013E6B26" w14:textId="77777777" w:rsidTr="005662EC">
        <w:trPr>
          <w:trHeight w:val="484"/>
        </w:trPr>
        <w:tc>
          <w:tcPr>
            <w:tcW w:w="581" w:type="dxa"/>
          </w:tcPr>
          <w:p w14:paraId="3194CEC4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14:paraId="34CCFE42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7" w:type="dxa"/>
          </w:tcPr>
          <w:p w14:paraId="374307A3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31" w:type="dxa"/>
          </w:tcPr>
          <w:p w14:paraId="2188D401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1939F166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14" w:type="dxa"/>
          </w:tcPr>
          <w:p w14:paraId="5EEE9106" w14:textId="77777777" w:rsidR="005662EC" w:rsidRPr="005662EC" w:rsidRDefault="005662EC" w:rsidP="003642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31ADC85" w14:textId="3B2CE173" w:rsidR="002D0765" w:rsidRPr="005662EC" w:rsidRDefault="00CA3396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="005662E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662EC" w:rsidRPr="005662EC">
        <w:rPr>
          <w:rFonts w:ascii="Times New Roman" w:hAnsi="Times New Roman" w:cs="Times New Roman"/>
          <w:sz w:val="24"/>
          <w:szCs w:val="24"/>
          <w:lang w:val="uk-UA"/>
        </w:rPr>
        <w:t>. Висновок</w:t>
      </w:r>
    </w:p>
    <w:p w14:paraId="5F4607B1" w14:textId="43D1D204" w:rsidR="005662EC" w:rsidRPr="005662EC" w:rsidRDefault="00CA3396" w:rsidP="00566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="005662EC" w:rsidRPr="005662EC">
        <w:rPr>
          <w:rFonts w:ascii="Times New Roman" w:hAnsi="Times New Roman" w:cs="Times New Roman"/>
          <w:sz w:val="24"/>
          <w:szCs w:val="24"/>
          <w:lang w:val="uk-UA"/>
        </w:rPr>
        <w:t>Усього перевірено __ військовозобов’язаних працівників, з них:</w:t>
      </w:r>
    </w:p>
    <w:p w14:paraId="1CA20C69" w14:textId="2FFE3CF6" w:rsidR="005662EC" w:rsidRPr="005662EC" w:rsidRDefault="005662EC" w:rsidP="00566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– без змін облікових даних – __ осіб;</w:t>
      </w:r>
    </w:p>
    <w:p w14:paraId="55AF9D1D" w14:textId="58C11443" w:rsidR="0036423B" w:rsidRPr="005662EC" w:rsidRDefault="005662EC" w:rsidP="00566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– виявлено зміни/розбіжності – __ осіб.</w:t>
      </w:r>
    </w:p>
    <w:p w14:paraId="7F658C2C" w14:textId="77777777" w:rsidR="005662EC" w:rsidRPr="005662EC" w:rsidRDefault="005662EC" w:rsidP="00566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3CB47B3" w14:textId="3FE1D4DB" w:rsidR="0036423B" w:rsidRPr="005662EC" w:rsidRDefault="0036423B" w:rsidP="00364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Цей акт складено у _____ примірниках, що мають однакову юридичну силу.</w:t>
      </w:r>
    </w:p>
    <w:p w14:paraId="452D99EA" w14:textId="77777777" w:rsidR="0036423B" w:rsidRPr="005662EC" w:rsidRDefault="0036423B" w:rsidP="00364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_____________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  <w:t>_____________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  <w:t>___________________</w:t>
      </w:r>
    </w:p>
    <w:p w14:paraId="46BF04D9" w14:textId="6372CA1A" w:rsidR="002D0765" w:rsidRPr="005662EC" w:rsidRDefault="0036423B" w:rsidP="00CA33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662EC">
        <w:rPr>
          <w:rFonts w:ascii="Times New Roman" w:hAnsi="Times New Roman" w:cs="Times New Roman"/>
          <w:sz w:val="24"/>
          <w:szCs w:val="24"/>
          <w:lang w:val="uk-UA"/>
        </w:rPr>
        <w:t>_______________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  <w:t>_____________</w:t>
      </w:r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</w:r>
      <w:bookmarkStart w:id="0" w:name="_GoBack"/>
      <w:bookmarkEnd w:id="0"/>
      <w:r w:rsidRPr="005662EC">
        <w:rPr>
          <w:rFonts w:ascii="Times New Roman" w:hAnsi="Times New Roman" w:cs="Times New Roman"/>
          <w:sz w:val="24"/>
          <w:szCs w:val="24"/>
          <w:lang w:val="uk-UA"/>
        </w:rPr>
        <w:tab/>
        <w:t>___________________</w:t>
      </w:r>
    </w:p>
    <w:sectPr w:rsidR="002D0765" w:rsidRPr="005662EC" w:rsidSect="0036423B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010C"/>
    <w:rsid w:val="0029639D"/>
    <w:rsid w:val="002D0765"/>
    <w:rsid w:val="00326F90"/>
    <w:rsid w:val="0036423B"/>
    <w:rsid w:val="005662EC"/>
    <w:rsid w:val="00AA1D8D"/>
    <w:rsid w:val="00B47730"/>
    <w:rsid w:val="00CA3396"/>
    <w:rsid w:val="00CB0664"/>
    <w:rsid w:val="00CC597A"/>
    <w:rsid w:val="00EE29A5"/>
    <w:rsid w:val="00F858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4BA9F"/>
  <w14:defaultImageDpi w14:val="300"/>
  <w15:docId w15:val="{E01B0371-77DE-4651-9839-D64C7D69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39E4B2-D517-46EB-8389-2FB95182E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РќР°Р·РІР°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
  </vt:lpstr>
      <vt:lpstr>
      </vt:lpstr>
      <vt:lpstr>
      </vt:lpstr>
    </vt:vector>
  </TitlesOfParts>
  <Manager>
  </Manager>
  <Company>
  </Company>
  <LinksUpToDate>false</LinksUpToDate>
  <CharactersWithSpaces>1134</CharactersWithSpaces>
  <SharedDoc>false</SharedDoc>
  <HyperlinkBase>
  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Debet-Kredit</dc:creator>
  <cp:keywords>
  </cp:keywords>
  <dc:description>
  </dc:description>
  <cp:lastModifiedBy>profpressa10</cp:lastModifiedBy>
  <cp:revision>2</cp:revision>
  <dcterms:created xsi:type="dcterms:W3CDTF">2026-09-29T12:59:00Z</dcterms:created>
  <dcterms:modified xsi:type="dcterms:W3CDTF">2026-09-29T12:59:00Z</dcterms:modified>
  <cp:category>
  </cp:category>
</cp:coreProperties>
</file>